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3926" w14:textId="2DFF261C" w:rsidR="00D307E9" w:rsidRDefault="6371EFD0" w:rsidP="006167C2">
      <w:pPr>
        <w:jc w:val="center"/>
      </w:pPr>
      <w:r w:rsidRPr="792707A4">
        <w:rPr>
          <w:b/>
          <w:bCs/>
          <w:color w:val="0073B4"/>
          <w:sz w:val="36"/>
          <w:szCs w:val="36"/>
        </w:rPr>
        <w:t>Combined Bladder, Bowel and Night-Time Diary</w:t>
      </w:r>
    </w:p>
    <w:p w14:paraId="654DD834" w14:textId="77777777" w:rsidR="00D307E9" w:rsidRDefault="00012C8D">
      <w:pPr>
        <w:jc w:val="center"/>
      </w:pPr>
      <w:r>
        <w:rPr>
          <w:color w:val="464646"/>
          <w:sz w:val="22"/>
        </w:rPr>
        <w:t>One easy-to-complete chart for clinic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3884"/>
        <w:gridCol w:w="3884"/>
        <w:gridCol w:w="3884"/>
      </w:tblGrid>
      <w:tr w:rsidR="00D307E9" w14:paraId="28D1DB9C" w14:textId="77777777" w:rsidTr="599FAAB2"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4192B8" w14:textId="3417B3F4" w:rsidR="00D307E9" w:rsidRDefault="599FAAB2">
            <w:r w:rsidRPr="599FAAB2">
              <w:rPr>
                <w:b/>
                <w:bCs/>
                <w:sz w:val="18"/>
                <w:szCs w:val="18"/>
              </w:rPr>
              <w:t>Child name</w:t>
            </w:r>
            <w:r w:rsidR="39EE6E4B" w:rsidRPr="599FAAB2">
              <w:rPr>
                <w:b/>
                <w:bCs/>
                <w:sz w:val="18"/>
                <w:szCs w:val="18"/>
              </w:rPr>
              <w:t xml:space="preserve"> (please add this to every page)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2A6659" w14:textId="77777777" w:rsidR="00D307E9" w:rsidRDefault="00D307E9"/>
        </w:tc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37BC18" w14:textId="46EC693C" w:rsidR="00D307E9" w:rsidRDefault="599FAAB2">
            <w:r w:rsidRPr="599FAAB2">
              <w:rPr>
                <w:b/>
                <w:bCs/>
                <w:sz w:val="18"/>
                <w:szCs w:val="18"/>
              </w:rPr>
              <w:t xml:space="preserve">Date of birth and age 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37501D" w14:textId="77777777" w:rsidR="00D307E9" w:rsidRDefault="00D307E9"/>
        </w:tc>
      </w:tr>
      <w:tr w:rsidR="00D307E9" w14:paraId="760DE11A" w14:textId="77777777" w:rsidTr="599FAAB2"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0AC3EA" w14:textId="77777777" w:rsidR="00D307E9" w:rsidRDefault="00012C8D">
            <w:r>
              <w:rPr>
                <w:b/>
                <w:sz w:val="18"/>
              </w:rPr>
              <w:t>Parent/carer name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AB6C7B" w14:textId="77777777" w:rsidR="00D307E9" w:rsidRDefault="00D307E9"/>
        </w:tc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92448C" w14:textId="77777777" w:rsidR="00D307E9" w:rsidRDefault="00012C8D">
            <w:r>
              <w:rPr>
                <w:b/>
                <w:sz w:val="18"/>
              </w:rPr>
              <w:t>Contact number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B378F" w14:textId="77777777" w:rsidR="00D307E9" w:rsidRDefault="00D307E9"/>
        </w:tc>
      </w:tr>
      <w:tr w:rsidR="00D307E9" w14:paraId="1E891382" w14:textId="77777777" w:rsidTr="599FAAB2"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8F9AC3" w14:textId="77777777" w:rsidR="00D307E9" w:rsidRDefault="00012C8D">
            <w:r>
              <w:rPr>
                <w:b/>
                <w:sz w:val="18"/>
              </w:rPr>
              <w:t>Start date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05A809" w14:textId="77777777" w:rsidR="00D307E9" w:rsidRDefault="00D307E9"/>
        </w:tc>
        <w:tc>
          <w:tcPr>
            <w:tcW w:w="38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84A5A4" w14:textId="77777777" w:rsidR="00D307E9" w:rsidRDefault="00012C8D">
            <w:r>
              <w:rPr>
                <w:b/>
                <w:sz w:val="18"/>
              </w:rPr>
              <w:t>Clinic / nurse</w:t>
            </w:r>
          </w:p>
        </w:tc>
        <w:tc>
          <w:tcPr>
            <w:tcW w:w="388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39BBE3" w14:textId="77777777" w:rsidR="00D307E9" w:rsidRDefault="00D307E9"/>
        </w:tc>
      </w:tr>
    </w:tbl>
    <w:p w14:paraId="1A22A3AA" w14:textId="77777777" w:rsidR="00D307E9" w:rsidRDefault="00012C8D">
      <w:pPr>
        <w:pStyle w:val="Heading2"/>
      </w:pPr>
      <w:r>
        <w:rPr>
          <w:color w:val="0073B4"/>
        </w:rPr>
        <w:t>How to complete this chart</w:t>
      </w:r>
    </w:p>
    <w:p w14:paraId="29EED3DE" w14:textId="744BD174" w:rsidR="00D307E9" w:rsidRDefault="00012C8D">
      <w:pPr>
        <w:pStyle w:val="ListBullet"/>
      </w:pPr>
      <w:r>
        <w:t>For the first 2 days, complete the daytime chart from 6am</w:t>
      </w:r>
      <w:r w:rsidR="00C94E49">
        <w:t xml:space="preserve"> (or on waking </w:t>
      </w:r>
      <w:proofErr w:type="gramStart"/>
      <w:r w:rsidR="00C94E49">
        <w:t xml:space="preserve">up) </w:t>
      </w:r>
      <w:r>
        <w:t xml:space="preserve"> to</w:t>
      </w:r>
      <w:proofErr w:type="gramEnd"/>
      <w:r>
        <w:t xml:space="preserve"> 10pm</w:t>
      </w:r>
      <w:r w:rsidR="00C94E49">
        <w:t xml:space="preserve"> (or at bedtime)</w:t>
      </w:r>
      <w:r>
        <w:t>. Record every drink, wee, accident, poo or soiling episode.</w:t>
      </w:r>
    </w:p>
    <w:p w14:paraId="24D712A9" w14:textId="77777777" w:rsidR="00D307E9" w:rsidRDefault="00012C8D">
      <w:pPr>
        <w:pStyle w:val="ListBullet"/>
      </w:pPr>
      <w:r>
        <w:t>For 7 days, complete the night-time and bowel summaries. This gives the nurse a clear picture without needing separate forms.</w:t>
      </w:r>
    </w:p>
    <w:p w14:paraId="436AFDB4" w14:textId="75D3A26A" w:rsidR="00D307E9" w:rsidRDefault="7A8A43B8">
      <w:pPr>
        <w:pStyle w:val="ListBullet"/>
      </w:pPr>
      <w:r>
        <w:t>Use ml</w:t>
      </w:r>
      <w:r w:rsidR="01648D7D">
        <w:t xml:space="preserve"> or fluid ounces measurements </w:t>
      </w:r>
      <w:r>
        <w:t xml:space="preserve">where you can. If this is not possible, tick the box or write a short note such as </w:t>
      </w:r>
      <w:r w:rsidR="2AF08B63">
        <w:t xml:space="preserve">“wee”, “small”, “medium” or “large”. </w:t>
      </w:r>
    </w:p>
    <w:p w14:paraId="43669737" w14:textId="77777777" w:rsidR="00D307E9" w:rsidRDefault="00012C8D">
      <w:pPr>
        <w:pStyle w:val="ListBullet"/>
      </w:pPr>
      <w:r>
        <w:t xml:space="preserve">For night-time wetting, write each episode. If there is more than one </w:t>
      </w:r>
      <w:proofErr w:type="gramStart"/>
      <w:r>
        <w:t>wetting</w:t>
      </w:r>
      <w:proofErr w:type="gramEnd"/>
      <w:r>
        <w:t>, add all times in the same box.</w:t>
      </w:r>
    </w:p>
    <w:p w14:paraId="4DBCE74F" w14:textId="77777777" w:rsidR="00D307E9" w:rsidRDefault="00012C8D">
      <w:pPr>
        <w:pStyle w:val="ListBullet"/>
      </w:pPr>
      <w:r>
        <w:t>For poo, use the number from the poo type guide: 1 to 7. Add any tummy pain, sickness, withholding, unusual days or medicines in comments.</w:t>
      </w:r>
    </w:p>
    <w:p w14:paraId="01A48E3A" w14:textId="3BA916D1" w:rsidR="00D307E9" w:rsidRDefault="599FAAB2" w:rsidP="599FAAB2">
      <w:pPr>
        <w:pStyle w:val="ListBullet"/>
        <w:rPr>
          <w:b/>
          <w:bCs/>
        </w:rPr>
      </w:pPr>
      <w:r w:rsidRPr="599FAAB2">
        <w:rPr>
          <w:b/>
          <w:bCs/>
        </w:rPr>
        <w:t>If you need help completing the diary, or English is not your first language, please contact</w:t>
      </w:r>
      <w:r w:rsidR="05B55509" w:rsidRPr="599FAAB2">
        <w:rPr>
          <w:b/>
          <w:bCs/>
        </w:rPr>
        <w:t xml:space="preserve"> via texting</w:t>
      </w:r>
      <w:r w:rsidRPr="599FAAB2">
        <w:rPr>
          <w:b/>
          <w:bCs/>
        </w:rPr>
        <w:t xml:space="preserve"> </w:t>
      </w:r>
      <w:proofErr w:type="spellStart"/>
      <w:r w:rsidRPr="599FAAB2">
        <w:rPr>
          <w:b/>
          <w:bCs/>
        </w:rPr>
        <w:t>ParentCarerChat</w:t>
      </w:r>
      <w:proofErr w:type="spellEnd"/>
      <w:r w:rsidRPr="599FAAB2">
        <w:rPr>
          <w:b/>
          <w:bCs/>
        </w:rPr>
        <w:t xml:space="preserve"> Bucks: 07312 263175.</w:t>
      </w:r>
    </w:p>
    <w:p w14:paraId="4AEE294E" w14:textId="77777777" w:rsidR="00D307E9" w:rsidRDefault="00012C8D">
      <w:pPr>
        <w:pStyle w:val="Heading2"/>
      </w:pPr>
      <w:r>
        <w:rPr>
          <w:color w:val="0073B4"/>
        </w:rPr>
        <w:t>Quick codes to make completion easier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9"/>
        <w:gridCol w:w="7769"/>
      </w:tblGrid>
      <w:tr w:rsidR="00D307E9" w14:paraId="2C7F17FE" w14:textId="77777777">
        <w:tc>
          <w:tcPr>
            <w:tcW w:w="7769" w:type="dxa"/>
            <w:shd w:val="clear" w:color="auto" w:fill="D9EAF7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1525782" w14:textId="77777777" w:rsidR="00D307E9" w:rsidRDefault="00012C8D">
            <w:r>
              <w:rPr>
                <w:sz w:val="18"/>
              </w:rPr>
              <w:t>Amount of night-time wetting</w:t>
            </w:r>
            <w:r>
              <w:rPr>
                <w:sz w:val="18"/>
              </w:rPr>
              <w:br/>
              <w:t>1 = just nightwear</w:t>
            </w:r>
            <w:r>
              <w:rPr>
                <w:sz w:val="18"/>
              </w:rPr>
              <w:br/>
              <w:t>2 = wet patch dinner-plate size</w:t>
            </w:r>
            <w:r>
              <w:rPr>
                <w:sz w:val="18"/>
              </w:rPr>
              <w:br/>
              <w:t>3 = wet patch over middle of bed</w:t>
            </w:r>
            <w:r>
              <w:rPr>
                <w:sz w:val="18"/>
              </w:rPr>
              <w:br/>
              <w:t>4 = most of bed wet, including pillow/duvet</w:t>
            </w:r>
          </w:p>
        </w:tc>
        <w:tc>
          <w:tcPr>
            <w:tcW w:w="7769" w:type="dxa"/>
            <w:shd w:val="clear" w:color="auto" w:fill="D9EAF7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DAC9CB6" w14:textId="77777777" w:rsidR="00D307E9" w:rsidRDefault="00012C8D">
            <w:r>
              <w:rPr>
                <w:sz w:val="18"/>
              </w:rPr>
              <w:t>Poo type</w:t>
            </w:r>
            <w:r>
              <w:rPr>
                <w:sz w:val="18"/>
              </w:rPr>
              <w:br/>
              <w:t>1 = hard separate lumps</w:t>
            </w:r>
            <w:r>
              <w:rPr>
                <w:sz w:val="18"/>
              </w:rPr>
              <w:br/>
              <w:t>2 = lumpy sausage</w:t>
            </w:r>
            <w:r>
              <w:rPr>
                <w:sz w:val="18"/>
              </w:rPr>
              <w:br/>
              <w:t>3 = sausage with cracks</w:t>
            </w:r>
            <w:r>
              <w:rPr>
                <w:sz w:val="18"/>
              </w:rPr>
              <w:br/>
              <w:t>4 = smooth soft sausage/snake</w:t>
            </w:r>
            <w:r>
              <w:rPr>
                <w:sz w:val="18"/>
              </w:rPr>
              <w:br/>
              <w:t>5 = soft blobs</w:t>
            </w:r>
            <w:r>
              <w:rPr>
                <w:sz w:val="18"/>
              </w:rPr>
              <w:br/>
              <w:t>6 = mushy/ragged pieces</w:t>
            </w:r>
            <w:r>
              <w:rPr>
                <w:sz w:val="18"/>
              </w:rPr>
              <w:br/>
              <w:t>7 = watery</w:t>
            </w:r>
          </w:p>
        </w:tc>
      </w:tr>
    </w:tbl>
    <w:p w14:paraId="41C8F396" w14:textId="77777777" w:rsidR="00D307E9" w:rsidRDefault="00012C8D">
      <w:r>
        <w:br w:type="page"/>
      </w:r>
    </w:p>
    <w:p w14:paraId="77F08F58" w14:textId="77777777" w:rsidR="00D307E9" w:rsidRDefault="00012C8D">
      <w:pPr>
        <w:pStyle w:val="Heading2"/>
      </w:pPr>
      <w:r>
        <w:rPr>
          <w:color w:val="0073B4"/>
        </w:rPr>
        <w:lastRenderedPageBreak/>
        <w:t>Day 1: daytime bladder and bowel chart</w:t>
      </w:r>
    </w:p>
    <w:p w14:paraId="0D84BA18" w14:textId="77777777" w:rsidR="00D307E9" w:rsidRDefault="00012C8D">
      <w:proofErr w:type="gramStart"/>
      <w:r>
        <w:rPr>
          <w:b/>
        </w:rPr>
        <w:t>Complete</w:t>
      </w:r>
      <w:proofErr w:type="gramEnd"/>
      <w:r>
        <w:rPr>
          <w:b/>
        </w:rPr>
        <w:t xml:space="preserve"> for 48 hours where possible. </w:t>
      </w:r>
      <w:r>
        <w:t>Record drinks, wees and poos at the time they happen. If measuring wee is difficult, write “wee” or tick instead.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3008"/>
        <w:gridCol w:w="1296"/>
        <w:gridCol w:w="1440"/>
        <w:gridCol w:w="1512"/>
        <w:gridCol w:w="1440"/>
        <w:gridCol w:w="936"/>
        <w:gridCol w:w="3733"/>
      </w:tblGrid>
      <w:tr w:rsidR="00D307E9" w:rsidRPr="00C94E49" w14:paraId="52BEEA41" w14:textId="77777777" w:rsidTr="00C94E49">
        <w:trPr>
          <w:jc w:val="center"/>
        </w:trPr>
        <w:tc>
          <w:tcPr>
            <w:tcW w:w="94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146726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Time</w:t>
            </w:r>
          </w:p>
        </w:tc>
        <w:tc>
          <w:tcPr>
            <w:tcW w:w="300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487747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Drink type</w:t>
            </w:r>
          </w:p>
        </w:tc>
        <w:tc>
          <w:tcPr>
            <w:tcW w:w="129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5817A0" w14:textId="4F00A59D" w:rsidR="00D307E9" w:rsidRPr="00C94E49" w:rsidRDefault="599FAAB2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28"/>
              </w:rPr>
              <w:t>Drink amount ml</w:t>
            </w:r>
            <w:r w:rsidR="7CEFA85C" w:rsidRPr="00C94E49">
              <w:rPr>
                <w:b/>
                <w:bCs/>
                <w:color w:val="FFFFFF" w:themeColor="background1"/>
                <w:sz w:val="18"/>
                <w:szCs w:val="28"/>
              </w:rPr>
              <w:t>/f oz</w:t>
            </w:r>
          </w:p>
        </w:tc>
        <w:tc>
          <w:tcPr>
            <w:tcW w:w="144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0F1FF9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Wee amount ml or tick</w:t>
            </w:r>
          </w:p>
        </w:tc>
        <w:tc>
          <w:tcPr>
            <w:tcW w:w="1512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D49F6B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Pants/nappy status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Dry / damp / wet</w:t>
            </w:r>
          </w:p>
        </w:tc>
        <w:tc>
          <w:tcPr>
            <w:tcW w:w="144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5C7266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Poo / soiling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amount</w:t>
            </w:r>
          </w:p>
        </w:tc>
        <w:tc>
          <w:tcPr>
            <w:tcW w:w="93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066767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Poo type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1-7</w:t>
            </w:r>
          </w:p>
        </w:tc>
        <w:tc>
          <w:tcPr>
            <w:tcW w:w="3733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A898FE" w14:textId="77777777" w:rsidR="00D307E9" w:rsidRPr="00C94E49" w:rsidRDefault="7A8A43B8" w:rsidP="7A8A43B8">
            <w:pPr>
              <w:jc w:val="center"/>
              <w:rPr>
                <w:b/>
                <w:bCs/>
                <w:color w:val="FFFFFF" w:themeColor="background1"/>
                <w:sz w:val="18"/>
                <w:szCs w:val="2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28"/>
              </w:rPr>
              <w:t>Medicines / laxatives / comments</w:t>
            </w:r>
          </w:p>
        </w:tc>
      </w:tr>
      <w:tr w:rsidR="00D307E9" w:rsidRPr="00C94E49" w14:paraId="08DE0932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00BB65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6am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A3D3E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0B940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27B00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061E4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EAFD9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94D5A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EEC66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297D285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4833CA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7am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56B9A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B081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9F31C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12826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86C0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01652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99056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2126C8B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E6DD58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8am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99C43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DBEF0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61D77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F2D8B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B7827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3994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62CB0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3B01B12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F5FD7B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9am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CE0A4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BF3C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8A12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46DB8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97CC1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0FFD3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69937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B3F283D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102BF0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10am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E9F23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2F64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CE6F9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DCEA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B9E25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DE523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E5622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1CD2EE87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25DF59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11am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547A0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43CB0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45931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37F28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FB9E2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DF9E5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E871B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EC61CFB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1059C3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12pm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4A5D2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8610E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7805D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3F29E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7B4B8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0FF5F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30AD6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0E8231B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686C66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1pm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82907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A226A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AD93B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4B5B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204FF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BF0D7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62F1B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EB97D2E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C1FCA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2pm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F2C34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0A4E5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21983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6FEF7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94DBD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9D0D3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CD245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71A599F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51CA52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3pm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31BE6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FEB5B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D7AA6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96D06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FF1C9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072C0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A21919" w14:textId="16769B30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5EC78D8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57F76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4pm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D18F9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8601F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3CABC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08B5D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DEB4A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D9C6F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1F511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6CC01FF3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268AC6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5pm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F9C3D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3141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B140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2C75D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4355A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6511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F4E37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50861FC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681B2A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6pm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FB30F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A6542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41E39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2B00A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C6D79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831B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E11D2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36978EC2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83092E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7pm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126E5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E403A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431CD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E398E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87F2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E93A6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4BA73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2E3D504F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45E658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8pm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B3F2E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34F5C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4020A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7B270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904CB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971CD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1F701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607234ED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F74B25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9pm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EFCA4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96A72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5CD1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20BBB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CB595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9C8D3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5E05E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0C2A1062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02B86E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10pm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C17F8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4F722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E48A4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F40DE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A5229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7DCDA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0EA2D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1143678" w14:textId="77777777" w:rsidTr="00C94E49">
        <w:trPr>
          <w:jc w:val="center"/>
        </w:trPr>
        <w:tc>
          <w:tcPr>
            <w:tcW w:w="9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147D92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Overnight</w:t>
            </w:r>
          </w:p>
        </w:tc>
        <w:tc>
          <w:tcPr>
            <w:tcW w:w="300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D355C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1F0B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7AAFB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EE48E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08EB2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1FD38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E2DD9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2D41C73" w14:textId="77777777" w:rsidTr="00C94E49">
        <w:trPr>
          <w:jc w:val="center"/>
        </w:trPr>
        <w:tc>
          <w:tcPr>
            <w:tcW w:w="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4DEF50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Daily totals</w:t>
            </w:r>
          </w:p>
        </w:tc>
        <w:tc>
          <w:tcPr>
            <w:tcW w:w="300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35753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F023C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DB549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1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16C19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4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86946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3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7F57B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373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738AF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</w:tbl>
    <w:p w14:paraId="532C599D" w14:textId="77777777" w:rsidR="00FA632F" w:rsidRDefault="00FA632F"/>
    <w:p w14:paraId="48192566" w14:textId="323916CC" w:rsidR="00D307E9" w:rsidRDefault="00012C8D">
      <w:r>
        <w:t>Notes: Was this day different from normal? ________________________________________________________________</w:t>
      </w:r>
    </w:p>
    <w:p w14:paraId="54D1C3D8" w14:textId="3B92AD45" w:rsidR="00D307E9" w:rsidRDefault="00012C8D" w:rsidP="00C94E49">
      <w:r>
        <w:br w:type="page"/>
      </w:r>
      <w:r>
        <w:rPr>
          <w:color w:val="0073B4"/>
        </w:rPr>
        <w:lastRenderedPageBreak/>
        <w:t>Day 2: daytime bladder and bowel chart</w:t>
      </w:r>
    </w:p>
    <w:p w14:paraId="6CF9728B" w14:textId="77777777" w:rsidR="00D307E9" w:rsidRDefault="00012C8D">
      <w:proofErr w:type="gramStart"/>
      <w:r>
        <w:rPr>
          <w:b/>
        </w:rPr>
        <w:t>Complete</w:t>
      </w:r>
      <w:proofErr w:type="gramEnd"/>
      <w:r>
        <w:rPr>
          <w:b/>
        </w:rPr>
        <w:t xml:space="preserve"> for 48 hours where possible. </w:t>
      </w:r>
      <w:r>
        <w:t>Record drinks, wees and poos at the time they happen. If measuring wee is difficult, write “wee” or tick instead.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8"/>
        <w:gridCol w:w="2479"/>
        <w:gridCol w:w="1342"/>
        <w:gridCol w:w="1491"/>
        <w:gridCol w:w="1566"/>
        <w:gridCol w:w="1491"/>
        <w:gridCol w:w="969"/>
        <w:gridCol w:w="4328"/>
      </w:tblGrid>
      <w:tr w:rsidR="00D307E9" w:rsidRPr="00C94E49" w14:paraId="54015724" w14:textId="77777777" w:rsidTr="00C94E49">
        <w:trPr>
          <w:trHeight w:val="529"/>
          <w:jc w:val="center"/>
        </w:trPr>
        <w:tc>
          <w:tcPr>
            <w:tcW w:w="124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B6B7CC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Time</w:t>
            </w:r>
          </w:p>
        </w:tc>
        <w:tc>
          <w:tcPr>
            <w:tcW w:w="2479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BBACCE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Drink type</w:t>
            </w:r>
          </w:p>
        </w:tc>
        <w:tc>
          <w:tcPr>
            <w:tcW w:w="1342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0C92F0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Drink amount ml</w:t>
            </w:r>
          </w:p>
        </w:tc>
        <w:tc>
          <w:tcPr>
            <w:tcW w:w="1491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8109FC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Wee amount ml or tick</w:t>
            </w:r>
          </w:p>
        </w:tc>
        <w:tc>
          <w:tcPr>
            <w:tcW w:w="156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AC102D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Pants/nappy status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Dry / damp / wet</w:t>
            </w:r>
          </w:p>
        </w:tc>
        <w:tc>
          <w:tcPr>
            <w:tcW w:w="1491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9A4411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Poo / soiling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amount</w:t>
            </w:r>
          </w:p>
        </w:tc>
        <w:tc>
          <w:tcPr>
            <w:tcW w:w="969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96F9DF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Poo type</w:t>
            </w:r>
            <w:r w:rsidRPr="00C94E49">
              <w:rPr>
                <w:b/>
                <w:color w:val="FFFFFF"/>
                <w:sz w:val="18"/>
                <w:szCs w:val="28"/>
              </w:rPr>
              <w:br/>
              <w:t>1-7</w:t>
            </w:r>
          </w:p>
        </w:tc>
        <w:tc>
          <w:tcPr>
            <w:tcW w:w="432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339634" w14:textId="77777777" w:rsidR="00D307E9" w:rsidRPr="00C94E49" w:rsidRDefault="00012C8D">
            <w:pPr>
              <w:jc w:val="center"/>
              <w:rPr>
                <w:sz w:val="18"/>
                <w:szCs w:val="28"/>
              </w:rPr>
            </w:pPr>
            <w:r w:rsidRPr="00C94E49">
              <w:rPr>
                <w:b/>
                <w:color w:val="FFFFFF"/>
                <w:sz w:val="18"/>
                <w:szCs w:val="28"/>
              </w:rPr>
              <w:t>Medicines / laxatives / comments</w:t>
            </w:r>
          </w:p>
        </w:tc>
      </w:tr>
      <w:tr w:rsidR="00D307E9" w:rsidRPr="00C94E49" w14:paraId="4B2C853F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044978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6am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BBA33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4FCBC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8C6B0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82A36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71F13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19946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A123B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06199796" w14:textId="77777777" w:rsidTr="00C94E49">
        <w:trPr>
          <w:trHeight w:val="213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F89936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7am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4CEA3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89567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1F85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8FE7C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004F1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C0C65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8D56C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6183D219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152330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8am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7E50C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04FA4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C698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93948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A258D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FBD3E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DCCCA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21F0D110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0C7551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9am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AF688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C529E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0157D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91E7B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770C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BEED8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36661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0EDFCC02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75ECD7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10am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645DC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5E58C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EBF9A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6C2CD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9E88E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8C98E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9F8E7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9410FD9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8A06D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11am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18863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F69B9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07D11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508A3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D6B1D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DBC15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BD81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28C09AFD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D318AC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12pm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13E9C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7B8A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7C6DE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2F937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E6DD4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3BEE8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88899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C22CABB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C3B00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1pm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E2BB2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C0D79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142F6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75AD1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0C4E9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AFC42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1CA72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3B4FCC94" w14:textId="77777777" w:rsidTr="00C94E49">
        <w:trPr>
          <w:trHeight w:val="213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FBD6CE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2pm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FBE42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3F0BE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CF431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B648E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178E9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0395D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54BC2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6426A3F6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7143C9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3pm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1E959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9E314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34134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EF208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40C95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4D723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93CA6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758DF9C2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C2455D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4pm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3B19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28874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BD9A1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136CF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392C6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0583F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F21D9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188DF2A2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037EA7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5pm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C326F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53B84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12523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25747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B8D95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BEFD2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7642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3C1E9C01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D1461C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6pm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206A8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7A70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887C7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7FD67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D6B9B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F860B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8536F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336BFE1B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745877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7pm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C1BAF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988F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22BB7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B246D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F89DA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3E0E7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A1FAB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67CC4B0F" w14:textId="77777777" w:rsidTr="00C94E49">
        <w:trPr>
          <w:trHeight w:val="213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F67AF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8pm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BB753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3DA1E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CAC6F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060428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0656FE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37605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4798F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07E5D73D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37677B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9pm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89A50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079D35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686DC7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D644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3FAC4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D94B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54DE7F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51E590B6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DBEEC1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10pm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A7ADD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4EE24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61466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59004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5B615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2F1AA2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499DF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C0158AF" w14:textId="77777777" w:rsidTr="00C94E49">
        <w:trPr>
          <w:trHeight w:val="224"/>
          <w:jc w:val="center"/>
        </w:trPr>
        <w:tc>
          <w:tcPr>
            <w:tcW w:w="124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95D6D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Overnight</w:t>
            </w:r>
          </w:p>
        </w:tc>
        <w:tc>
          <w:tcPr>
            <w:tcW w:w="247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E3C41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F828E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C57CB0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86B13D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57C43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404BC9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319B8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  <w:tr w:rsidR="00D307E9" w:rsidRPr="00C94E49" w14:paraId="4F04BBCF" w14:textId="77777777" w:rsidTr="00C94E49">
        <w:trPr>
          <w:trHeight w:val="224"/>
          <w:jc w:val="center"/>
        </w:trPr>
        <w:tc>
          <w:tcPr>
            <w:tcW w:w="12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6C8DCF" w14:textId="77777777" w:rsidR="00D307E9" w:rsidRPr="00C94E49" w:rsidRDefault="00012C8D" w:rsidP="00C94E49">
            <w:pPr>
              <w:jc w:val="center"/>
              <w:rPr>
                <w:sz w:val="18"/>
                <w:szCs w:val="28"/>
              </w:rPr>
            </w:pPr>
            <w:r w:rsidRPr="00C94E49">
              <w:rPr>
                <w:sz w:val="18"/>
                <w:szCs w:val="28"/>
              </w:rPr>
              <w:t>Daily totals</w:t>
            </w:r>
          </w:p>
        </w:tc>
        <w:tc>
          <w:tcPr>
            <w:tcW w:w="247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A560F4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34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DF735C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413BF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56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D28B4B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149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EFA3E3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C6AC2A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  <w:tc>
          <w:tcPr>
            <w:tcW w:w="43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C44586" w14:textId="77777777" w:rsidR="00D307E9" w:rsidRPr="00C94E49" w:rsidRDefault="00D307E9">
            <w:pPr>
              <w:rPr>
                <w:sz w:val="18"/>
                <w:szCs w:val="28"/>
              </w:rPr>
            </w:pPr>
          </w:p>
        </w:tc>
      </w:tr>
    </w:tbl>
    <w:p w14:paraId="3CBA4960" w14:textId="77777777" w:rsidR="00D307E9" w:rsidRDefault="00012C8D">
      <w:r>
        <w:t>Notes: Was this day different from normal? ________________________________________________________________</w:t>
      </w:r>
    </w:p>
    <w:p w14:paraId="4FFCBC07" w14:textId="77777777" w:rsidR="00D307E9" w:rsidRDefault="00012C8D">
      <w:r>
        <w:br w:type="page"/>
      </w:r>
    </w:p>
    <w:p w14:paraId="73A75D5A" w14:textId="77777777" w:rsidR="00D307E9" w:rsidRDefault="00012C8D">
      <w:pPr>
        <w:pStyle w:val="Heading2"/>
      </w:pPr>
      <w:r>
        <w:rPr>
          <w:color w:val="0073B4"/>
        </w:rPr>
        <w:lastRenderedPageBreak/>
        <w:t>7-day night-time wetting and morning wee summary</w:t>
      </w:r>
    </w:p>
    <w:p w14:paraId="340323DD" w14:textId="77777777" w:rsidR="00D307E9" w:rsidRDefault="00012C8D">
      <w:r>
        <w:rPr>
          <w:b/>
        </w:rPr>
        <w:t xml:space="preserve">Use this section for a whole week. </w:t>
      </w:r>
      <w:r>
        <w:t>Write down every wetting episode, even if it is only damp nightwear.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4"/>
        <w:gridCol w:w="1224"/>
        <w:gridCol w:w="1800"/>
        <w:gridCol w:w="1296"/>
        <w:gridCol w:w="1368"/>
        <w:gridCol w:w="1224"/>
        <w:gridCol w:w="1368"/>
        <w:gridCol w:w="1800"/>
        <w:gridCol w:w="3110"/>
      </w:tblGrid>
      <w:tr w:rsidR="00D307E9" w:rsidRPr="00C94E49" w14:paraId="1A96B7B1" w14:textId="77777777" w:rsidTr="00C07FD9">
        <w:trPr>
          <w:jc w:val="center"/>
        </w:trPr>
        <w:tc>
          <w:tcPr>
            <w:tcW w:w="1964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7AC604" w14:textId="44E6C38B" w:rsidR="00D307E9" w:rsidRPr="00C94E49" w:rsidRDefault="7FBA7DC1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18"/>
              </w:rPr>
              <w:t>Da</w:t>
            </w:r>
            <w:r w:rsidR="00C94E49">
              <w:rPr>
                <w:b/>
                <w:bCs/>
                <w:color w:val="FFFFFF" w:themeColor="background1"/>
                <w:sz w:val="18"/>
                <w:szCs w:val="18"/>
              </w:rPr>
              <w:t>y/Date</w:t>
            </w:r>
          </w:p>
        </w:tc>
        <w:tc>
          <w:tcPr>
            <w:tcW w:w="1224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4300F2" w14:textId="2E58FEAD" w:rsidR="00D307E9" w:rsidRPr="00C94E49" w:rsidRDefault="00C94E4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Bed ti</w:t>
            </w:r>
            <w:r w:rsidR="599FAAB2" w:rsidRPr="00C94E49">
              <w:rPr>
                <w:b/>
                <w:bCs/>
                <w:color w:val="FFFFFF" w:themeColor="background1"/>
                <w:sz w:val="18"/>
                <w:szCs w:val="18"/>
              </w:rPr>
              <w:t>me</w:t>
            </w:r>
          </w:p>
        </w:tc>
        <w:tc>
          <w:tcPr>
            <w:tcW w:w="180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5DBD6D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Wetting time(s)</w:t>
            </w:r>
          </w:p>
        </w:tc>
        <w:tc>
          <w:tcPr>
            <w:tcW w:w="129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A3B35C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Did it wake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the child?</w:t>
            </w:r>
          </w:p>
        </w:tc>
        <w:tc>
          <w:tcPr>
            <w:tcW w:w="136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B18A2D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Amount of wetting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1-4</w:t>
            </w:r>
          </w:p>
        </w:tc>
        <w:tc>
          <w:tcPr>
            <w:tcW w:w="1224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7302AA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Morning wee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size</w:t>
            </w:r>
          </w:p>
        </w:tc>
        <w:tc>
          <w:tcPr>
            <w:tcW w:w="1368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DEEE78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Morning wee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</w:r>
            <w:proofErr w:type="spellStart"/>
            <w:r w:rsidRPr="00C94E49">
              <w:rPr>
                <w:b/>
                <w:color w:val="FFFFFF"/>
                <w:sz w:val="18"/>
                <w:szCs w:val="18"/>
              </w:rPr>
              <w:t>colour</w:t>
            </w:r>
            <w:proofErr w:type="spellEnd"/>
          </w:p>
        </w:tc>
        <w:tc>
          <w:tcPr>
            <w:tcW w:w="180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1D6066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Medicine given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dose/time</w:t>
            </w:r>
          </w:p>
        </w:tc>
        <w:tc>
          <w:tcPr>
            <w:tcW w:w="311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B4E697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Comments</w:t>
            </w:r>
          </w:p>
        </w:tc>
      </w:tr>
      <w:tr w:rsidR="00D307E9" w:rsidRPr="00C94E49" w14:paraId="58951067" w14:textId="77777777" w:rsidTr="00C07FD9">
        <w:trPr>
          <w:jc w:val="center"/>
        </w:trPr>
        <w:tc>
          <w:tcPr>
            <w:tcW w:w="196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BB57C9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Monday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28B4D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959D4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D58BA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57A96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69066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53991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7E0CF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FA6563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22C4AA03" w14:textId="77777777" w:rsidTr="00C07FD9">
        <w:trPr>
          <w:jc w:val="center"/>
        </w:trPr>
        <w:tc>
          <w:tcPr>
            <w:tcW w:w="196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20AE5E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Tuesday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C5CDB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2D4C27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72E39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EB15C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518E3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75FCD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FDAA0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4AF2BF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0973700A" w14:textId="77777777" w:rsidTr="00C07FD9">
        <w:trPr>
          <w:jc w:val="center"/>
        </w:trPr>
        <w:tc>
          <w:tcPr>
            <w:tcW w:w="196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7A3A41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Wednesday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29289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91599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73E5A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1D98D7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B7C0C5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3369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55F193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2776E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73FBE782" w14:textId="77777777" w:rsidTr="00C07FD9">
        <w:trPr>
          <w:jc w:val="center"/>
        </w:trPr>
        <w:tc>
          <w:tcPr>
            <w:tcW w:w="196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DB554F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Thursday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342E6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B89DE8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62D46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8B034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2506D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CD0C1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D8715F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DFDFC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1101A2C9" w14:textId="77777777" w:rsidTr="00C07FD9">
        <w:trPr>
          <w:jc w:val="center"/>
        </w:trPr>
        <w:tc>
          <w:tcPr>
            <w:tcW w:w="196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42C10C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Friday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F9AE5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F03A6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0E82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E36DA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D8521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E19BC3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966B7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536548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057489B6" w14:textId="77777777" w:rsidTr="00C07FD9">
        <w:trPr>
          <w:jc w:val="center"/>
        </w:trPr>
        <w:tc>
          <w:tcPr>
            <w:tcW w:w="196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DE1AA8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Saturday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1AE1F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E5B7AF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55E093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C4242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9CA55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BF93C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DCB018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644A8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63438714" w14:textId="77777777" w:rsidTr="00C07FD9">
        <w:trPr>
          <w:jc w:val="center"/>
        </w:trPr>
        <w:tc>
          <w:tcPr>
            <w:tcW w:w="196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A7A166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Sunday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2C48E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77290C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9BF8C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F4647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22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B58C42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3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A9BA15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32107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11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98A3F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</w:tbl>
    <w:p w14:paraId="2346AEDF" w14:textId="77777777" w:rsidR="00EB1148" w:rsidRDefault="00EB1148"/>
    <w:p w14:paraId="351C6E4C" w14:textId="042BE6EC" w:rsidR="00D307E9" w:rsidRDefault="00012C8D">
      <w:r>
        <w:t>If there are more wetting episodes than space allows, continue in the comments box or on the back of the page.</w:t>
      </w:r>
    </w:p>
    <w:p w14:paraId="50C86B8C" w14:textId="77777777" w:rsidR="00D307E9" w:rsidRDefault="00012C8D">
      <w:r>
        <w:br w:type="page"/>
      </w:r>
    </w:p>
    <w:p w14:paraId="3AC315F9" w14:textId="77777777" w:rsidR="00D307E9" w:rsidRDefault="7A8A43B8" w:rsidP="7A8A43B8">
      <w:pPr>
        <w:pStyle w:val="Heading2"/>
        <w:rPr>
          <w:color w:val="0073B4"/>
        </w:rPr>
      </w:pPr>
      <w:r w:rsidRPr="599FAAB2">
        <w:rPr>
          <w:color w:val="0073B4"/>
        </w:rPr>
        <w:lastRenderedPageBreak/>
        <w:t>7-day bowel summary</w:t>
      </w:r>
    </w:p>
    <w:p w14:paraId="36AEB63E" w14:textId="77777777" w:rsidR="00D307E9" w:rsidRDefault="00012C8D">
      <w:r>
        <w:rPr>
          <w:b/>
        </w:rPr>
        <w:t xml:space="preserve">Record every poo or soiling episode. </w:t>
      </w:r>
      <w:r>
        <w:t>Use the poo type number from the NHS poo chart: Type 1 is hard lumps and Type 7 is watery.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31"/>
        <w:gridCol w:w="1296"/>
        <w:gridCol w:w="1655"/>
        <w:gridCol w:w="1584"/>
        <w:gridCol w:w="1080"/>
        <w:gridCol w:w="1800"/>
        <w:gridCol w:w="3816"/>
      </w:tblGrid>
      <w:tr w:rsidR="00D307E9" w:rsidRPr="00C94E49" w14:paraId="63106217" w14:textId="77777777" w:rsidTr="00C07FD9">
        <w:trPr>
          <w:jc w:val="center"/>
        </w:trPr>
        <w:tc>
          <w:tcPr>
            <w:tcW w:w="2731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B6D8CE" w14:textId="09E7A61F" w:rsidR="00D307E9" w:rsidRPr="00C94E49" w:rsidRDefault="599FAAB2" w:rsidP="599FAAB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18"/>
              </w:rPr>
              <w:t>Day/</w:t>
            </w:r>
          </w:p>
        </w:tc>
        <w:tc>
          <w:tcPr>
            <w:tcW w:w="129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D492B8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Time of poo</w:t>
            </w:r>
          </w:p>
        </w:tc>
        <w:tc>
          <w:tcPr>
            <w:tcW w:w="1655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B5183B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Poo in toilet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amount</w:t>
            </w:r>
          </w:p>
        </w:tc>
        <w:tc>
          <w:tcPr>
            <w:tcW w:w="1584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E52EBD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Any soiling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amount</w:t>
            </w:r>
          </w:p>
        </w:tc>
        <w:tc>
          <w:tcPr>
            <w:tcW w:w="108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0BC157" w14:textId="77777777" w:rsidR="00D307E9" w:rsidRPr="00C94E49" w:rsidRDefault="00012C8D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color w:val="FFFFFF"/>
                <w:sz w:val="18"/>
                <w:szCs w:val="18"/>
              </w:rPr>
              <w:t>Poo type</w:t>
            </w:r>
            <w:r w:rsidRPr="00C94E49">
              <w:rPr>
                <w:b/>
                <w:color w:val="FFFFFF"/>
                <w:sz w:val="18"/>
                <w:szCs w:val="18"/>
              </w:rPr>
              <w:br/>
              <w:t>1-7</w:t>
            </w:r>
          </w:p>
        </w:tc>
        <w:tc>
          <w:tcPr>
            <w:tcW w:w="1800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1DA60E" w14:textId="565740F0" w:rsidR="00D307E9" w:rsidRPr="00C94E49" w:rsidRDefault="137F47F4">
            <w:pPr>
              <w:jc w:val="center"/>
              <w:rPr>
                <w:sz w:val="18"/>
                <w:szCs w:val="1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18"/>
              </w:rPr>
              <w:t>laxatives</w:t>
            </w:r>
          </w:p>
        </w:tc>
        <w:tc>
          <w:tcPr>
            <w:tcW w:w="3816" w:type="dxa"/>
            <w:shd w:val="clear" w:color="auto" w:fill="0073B4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F8D723" w14:textId="35F332F6" w:rsidR="00D307E9" w:rsidRPr="00C94E49" w:rsidRDefault="00492628" w:rsidP="599FAAB2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4E49">
              <w:rPr>
                <w:b/>
                <w:bCs/>
                <w:color w:val="FFFFFF" w:themeColor="background1"/>
                <w:sz w:val="18"/>
                <w:szCs w:val="18"/>
              </w:rPr>
              <w:t>Comments e.g. pain, sickness</w:t>
            </w:r>
            <w:r w:rsidR="00EB1148" w:rsidRPr="00C94E49">
              <w:rPr>
                <w:b/>
                <w:bCs/>
                <w:color w:val="FFFFFF" w:themeColor="background1"/>
                <w:sz w:val="18"/>
                <w:szCs w:val="18"/>
              </w:rPr>
              <w:t>, unusual day</w:t>
            </w:r>
          </w:p>
        </w:tc>
      </w:tr>
      <w:tr w:rsidR="00D307E9" w:rsidRPr="00C94E49" w14:paraId="3390FFAD" w14:textId="77777777" w:rsidTr="00C07FD9">
        <w:trPr>
          <w:jc w:val="center"/>
        </w:trPr>
        <w:tc>
          <w:tcPr>
            <w:tcW w:w="27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13661D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Monday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EDCC55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BB8815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91B0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10F0D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E797DC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AF7EA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20FD5C24" w14:textId="77777777" w:rsidTr="00C07FD9">
        <w:trPr>
          <w:jc w:val="center"/>
        </w:trPr>
        <w:tc>
          <w:tcPr>
            <w:tcW w:w="273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6CA352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Tuesday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33CEB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1D477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BE1F1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FAB43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2C5D4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2E12B8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6DA59F80" w14:textId="77777777" w:rsidTr="00C07FD9">
        <w:trPr>
          <w:jc w:val="center"/>
        </w:trPr>
        <w:tc>
          <w:tcPr>
            <w:tcW w:w="27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0B2C03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Wednesday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8F224F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6D6F63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969857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E634F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A1F98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0079F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67A3F3BF" w14:textId="77777777" w:rsidTr="00C07FD9">
        <w:trPr>
          <w:jc w:val="center"/>
        </w:trPr>
        <w:tc>
          <w:tcPr>
            <w:tcW w:w="273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78D1F7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Thursday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9D8616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1D276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5CD9E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F7FBD7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0C982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C7803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4E5A043B" w14:textId="77777777" w:rsidTr="00C07FD9">
        <w:trPr>
          <w:jc w:val="center"/>
        </w:trPr>
        <w:tc>
          <w:tcPr>
            <w:tcW w:w="27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4E87C6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Friday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7D639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01B52C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8EC45C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6DC10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821549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FDCF4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4E9BF39B" w14:textId="77777777" w:rsidTr="00C07FD9">
        <w:trPr>
          <w:jc w:val="center"/>
        </w:trPr>
        <w:tc>
          <w:tcPr>
            <w:tcW w:w="2731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109988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Saturday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BEE236D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CC0888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990D2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3CC4DB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AD3425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shd w:val="clear" w:color="auto" w:fill="F2F8FC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7D08AC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  <w:tr w:rsidR="00D307E9" w:rsidRPr="00C94E49" w14:paraId="120AFDFF" w14:textId="77777777" w:rsidTr="00C07FD9">
        <w:trPr>
          <w:jc w:val="center"/>
        </w:trPr>
        <w:tc>
          <w:tcPr>
            <w:tcW w:w="27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7C6C0E" w14:textId="77777777" w:rsidR="00D307E9" w:rsidRPr="00C94E49" w:rsidRDefault="00012C8D">
            <w:pPr>
              <w:rPr>
                <w:sz w:val="18"/>
                <w:szCs w:val="18"/>
              </w:rPr>
            </w:pPr>
            <w:r w:rsidRPr="00C94E49">
              <w:rPr>
                <w:sz w:val="18"/>
                <w:szCs w:val="18"/>
              </w:rPr>
              <w:t>Sunday</w:t>
            </w:r>
            <w:r w:rsidRPr="00C94E49">
              <w:rPr>
                <w:sz w:val="18"/>
                <w:szCs w:val="18"/>
              </w:rPr>
              <w:br/>
              <w:t xml:space="preserve">Date: </w:t>
            </w:r>
          </w:p>
        </w:tc>
        <w:tc>
          <w:tcPr>
            <w:tcW w:w="129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A3105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65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C8C081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77E574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D9042A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2D4810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  <w:tc>
          <w:tcPr>
            <w:tcW w:w="381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D3F89E" w14:textId="77777777" w:rsidR="00D307E9" w:rsidRPr="00C94E49" w:rsidRDefault="00D307E9">
            <w:pPr>
              <w:rPr>
                <w:sz w:val="18"/>
                <w:szCs w:val="18"/>
              </w:rPr>
            </w:pPr>
          </w:p>
        </w:tc>
      </w:tr>
    </w:tbl>
    <w:p w14:paraId="11AF1100" w14:textId="77777777" w:rsidR="00EB1148" w:rsidRDefault="00EB1148"/>
    <w:p w14:paraId="2B462A0E" w14:textId="4DF6D751" w:rsidR="00D307E9" w:rsidRDefault="00012C8D">
      <w:r>
        <w:t>If there is more than one poo or soiling episode in a day, write each time in the same box, or continue in comments/on the back of the page.</w:t>
      </w:r>
    </w:p>
    <w:p w14:paraId="29F639F3" w14:textId="77777777" w:rsidR="00D307E9" w:rsidRDefault="00012C8D">
      <w:pPr>
        <w:spacing w:before="200"/>
        <w:rPr>
          <w:color w:val="5A5A5A"/>
          <w:sz w:val="14"/>
        </w:rPr>
      </w:pPr>
      <w:r>
        <w:rPr>
          <w:color w:val="5A5A5A"/>
          <w:sz w:val="14"/>
        </w:rPr>
        <w:t xml:space="preserve">Adapted into one combined chart from the existing BHT bladder diary, night-time bladder diary and poo diary templates. Based on ERIC diary principles and NHS poo type guide wording </w:t>
      </w:r>
      <w:proofErr w:type="gramStart"/>
      <w:r>
        <w:rPr>
          <w:color w:val="5A5A5A"/>
          <w:sz w:val="14"/>
        </w:rPr>
        <w:t>where</w:t>
      </w:r>
      <w:proofErr w:type="gramEnd"/>
      <w:r>
        <w:rPr>
          <w:color w:val="5A5A5A"/>
          <w:sz w:val="14"/>
        </w:rPr>
        <w:t xml:space="preserve"> included in the original templates.</w:t>
      </w:r>
    </w:p>
    <w:p w14:paraId="34A18F14" w14:textId="77777777" w:rsidR="00534E77" w:rsidRDefault="00534E77">
      <w:pPr>
        <w:spacing w:before="200"/>
        <w:rPr>
          <w:color w:val="5A5A5A"/>
          <w:sz w:val="14"/>
        </w:rPr>
      </w:pPr>
    </w:p>
    <w:p w14:paraId="150792E3" w14:textId="77777777" w:rsidR="00534E77" w:rsidRDefault="00534E77">
      <w:pPr>
        <w:spacing w:before="200"/>
        <w:rPr>
          <w:color w:val="5A5A5A"/>
          <w:sz w:val="14"/>
        </w:rPr>
      </w:pPr>
    </w:p>
    <w:p w14:paraId="74FD4A77" w14:textId="77777777" w:rsidR="00534E77" w:rsidRDefault="00534E77">
      <w:pPr>
        <w:spacing w:before="200"/>
        <w:rPr>
          <w:color w:val="5A5A5A"/>
          <w:sz w:val="14"/>
        </w:rPr>
      </w:pPr>
    </w:p>
    <w:p w14:paraId="19281262" w14:textId="77777777" w:rsidR="00534E77" w:rsidRDefault="00534E77">
      <w:pPr>
        <w:spacing w:before="200"/>
        <w:rPr>
          <w:color w:val="5A5A5A"/>
          <w:sz w:val="14"/>
        </w:rPr>
      </w:pPr>
    </w:p>
    <w:p w14:paraId="48AB877B" w14:textId="77777777" w:rsidR="00534E77" w:rsidRDefault="00534E77">
      <w:pPr>
        <w:spacing w:before="200"/>
        <w:rPr>
          <w:color w:val="5A5A5A"/>
          <w:sz w:val="14"/>
        </w:rPr>
      </w:pPr>
    </w:p>
    <w:p w14:paraId="043870D9" w14:textId="77777777" w:rsidR="00534E77" w:rsidRDefault="00534E77">
      <w:pPr>
        <w:spacing w:before="200"/>
        <w:rPr>
          <w:color w:val="5A5A5A"/>
          <w:sz w:val="14"/>
        </w:rPr>
      </w:pPr>
    </w:p>
    <w:p w14:paraId="3B34F79D" w14:textId="77777777" w:rsidR="00534E77" w:rsidRDefault="00534E77">
      <w:pPr>
        <w:spacing w:before="200"/>
        <w:rPr>
          <w:color w:val="5A5A5A"/>
          <w:sz w:val="14"/>
        </w:rPr>
      </w:pPr>
    </w:p>
    <w:p w14:paraId="3D9BF1CA" w14:textId="77777777" w:rsidR="00534E77" w:rsidRDefault="00534E77">
      <w:pPr>
        <w:spacing w:before="200"/>
        <w:rPr>
          <w:color w:val="5A5A5A"/>
          <w:sz w:val="14"/>
        </w:rPr>
      </w:pPr>
    </w:p>
    <w:p w14:paraId="2216C932" w14:textId="77777777" w:rsidR="00534E77" w:rsidRDefault="00534E77">
      <w:pPr>
        <w:spacing w:before="200"/>
        <w:rPr>
          <w:color w:val="5A5A5A"/>
          <w:sz w:val="14"/>
        </w:rPr>
      </w:pPr>
    </w:p>
    <w:p w14:paraId="4992BA56" w14:textId="15236AC6" w:rsidR="00534E77" w:rsidRPr="00534E77" w:rsidRDefault="00534E77" w:rsidP="00534E77">
      <w:pPr>
        <w:spacing w:before="200"/>
        <w:rPr>
          <w:rFonts w:asciiTheme="majorHAnsi" w:hAnsiTheme="majorHAnsi" w:cstheme="majorHAnsi"/>
          <w:color w:val="00B0F0"/>
          <w:sz w:val="24"/>
          <w:szCs w:val="24"/>
          <w:lang w:val="en-GB"/>
        </w:rPr>
      </w:pPr>
      <w:r w:rsidRPr="00534E77">
        <w:rPr>
          <w:rFonts w:asciiTheme="majorHAnsi" w:hAnsiTheme="majorHAnsi" w:cstheme="majorHAnsi"/>
          <w:noProof/>
          <w:color w:val="00B0F0"/>
          <w:sz w:val="24"/>
          <w:szCs w:val="24"/>
        </w:rPr>
        <w:lastRenderedPageBreak/>
        <w:drawing>
          <wp:inline distT="0" distB="0" distL="0" distR="0" wp14:anchorId="0F5C3D41" wp14:editId="66EF3CAC">
            <wp:extent cx="4425950" cy="6470650"/>
            <wp:effectExtent l="0" t="0" r="0" b="6350"/>
            <wp:docPr id="973345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color w:val="00B0F0"/>
          <w:sz w:val="24"/>
          <w:szCs w:val="24"/>
        </w:rPr>
        <w:t xml:space="preserve">       </w:t>
      </w:r>
      <w:r w:rsidR="00125F77">
        <w:rPr>
          <w:noProof/>
        </w:rPr>
        <w:drawing>
          <wp:inline distT="0" distB="0" distL="0" distR="0" wp14:anchorId="68DBCC76" wp14:editId="0AB9CE13">
            <wp:extent cx="4765040" cy="6739255"/>
            <wp:effectExtent l="0" t="0" r="0" b="4445"/>
            <wp:docPr id="906926179" name="Picture 3" descr="Educational Poster WEE CHECKER Hydration Chart Poster Urine Color Ch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onal Poster WEE CHECKER Hydration Chart Poster Urine Color Chart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673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E77" w:rsidRPr="00534E77" w:rsidSect="00034616">
      <w:headerReference w:type="default" r:id="rId13"/>
      <w:footerReference w:type="default" r:id="rId14"/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CFD0" w14:textId="77777777" w:rsidR="001261A6" w:rsidRDefault="001261A6">
      <w:pPr>
        <w:spacing w:after="0" w:line="240" w:lineRule="auto"/>
      </w:pPr>
      <w:r>
        <w:separator/>
      </w:r>
    </w:p>
  </w:endnote>
  <w:endnote w:type="continuationSeparator" w:id="0">
    <w:p w14:paraId="269904DC" w14:textId="77777777" w:rsidR="001261A6" w:rsidRDefault="0012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E52F" w14:textId="6C544B1A" w:rsidR="00D307E9" w:rsidRDefault="006167C2">
    <w:pPr>
      <w:pStyle w:val="Footer"/>
      <w:jc w:val="center"/>
    </w:pPr>
    <w:r w:rsidRPr="00A75FC7">
      <w:rPr>
        <w:noProof/>
        <w:sz w:val="18"/>
      </w:rPr>
      <w:drawing>
        <wp:anchor distT="0" distB="0" distL="114300" distR="114300" simplePos="0" relativeHeight="251661312" behindDoc="1" locked="0" layoutInCell="1" allowOverlap="1" wp14:anchorId="78D2149C" wp14:editId="5D4A8200">
          <wp:simplePos x="0" y="0"/>
          <wp:positionH relativeFrom="column">
            <wp:posOffset>-125021</wp:posOffset>
          </wp:positionH>
          <wp:positionV relativeFrom="paragraph">
            <wp:posOffset>-162354</wp:posOffset>
          </wp:positionV>
          <wp:extent cx="1371600" cy="613323"/>
          <wp:effectExtent l="0" t="0" r="0" b="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A8BDCAE8-E524-882D-323E-D407098682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A8BDCAE8-E524-882D-323E-D4070986828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71600" cy="613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C8D">
      <w:rPr>
        <w:color w:val="505050"/>
        <w:sz w:val="16"/>
      </w:rPr>
      <w:t>Please retain a copy for your records. Return completed diary as requested by the School Nursing Service.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7F74" w14:textId="77777777" w:rsidR="001261A6" w:rsidRDefault="001261A6">
      <w:pPr>
        <w:spacing w:after="0" w:line="240" w:lineRule="auto"/>
      </w:pPr>
      <w:r>
        <w:separator/>
      </w:r>
    </w:p>
  </w:footnote>
  <w:footnote w:type="continuationSeparator" w:id="0">
    <w:p w14:paraId="5C6540FF" w14:textId="77777777" w:rsidR="001261A6" w:rsidRDefault="0012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DDB9" w14:textId="3403AB1C" w:rsidR="00223994" w:rsidRDefault="006167C2">
    <w:pPr>
      <w:pStyle w:val="Header"/>
    </w:pPr>
    <w:r w:rsidRPr="00811F34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8089AC0" wp14:editId="4BAB8EAC">
          <wp:simplePos x="0" y="0"/>
          <wp:positionH relativeFrom="column">
            <wp:posOffset>6934200</wp:posOffset>
          </wp:positionH>
          <wp:positionV relativeFrom="paragraph">
            <wp:posOffset>-247650</wp:posOffset>
          </wp:positionV>
          <wp:extent cx="2704926" cy="685800"/>
          <wp:effectExtent l="0" t="0" r="635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492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FD9">
      <w:t xml:space="preserve">Child’s </w:t>
    </w:r>
    <w:proofErr w:type="gramStart"/>
    <w:r w:rsidR="00C07FD9">
      <w:t>Name :</w:t>
    </w:r>
    <w:proofErr w:type="gramEnd"/>
  </w:p>
  <w:p w14:paraId="61A371B2" w14:textId="4240337A" w:rsidR="00D307E9" w:rsidRDefault="00D307E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384934">
    <w:abstractNumId w:val="8"/>
  </w:num>
  <w:num w:numId="2" w16cid:durableId="338969771">
    <w:abstractNumId w:val="6"/>
  </w:num>
  <w:num w:numId="3" w16cid:durableId="1197696073">
    <w:abstractNumId w:val="5"/>
  </w:num>
  <w:num w:numId="4" w16cid:durableId="1563370547">
    <w:abstractNumId w:val="4"/>
  </w:num>
  <w:num w:numId="5" w16cid:durableId="2066295290">
    <w:abstractNumId w:val="7"/>
  </w:num>
  <w:num w:numId="6" w16cid:durableId="1225218326">
    <w:abstractNumId w:val="3"/>
  </w:num>
  <w:num w:numId="7" w16cid:durableId="2135824999">
    <w:abstractNumId w:val="2"/>
  </w:num>
  <w:num w:numId="8" w16cid:durableId="1248422832">
    <w:abstractNumId w:val="1"/>
  </w:num>
  <w:num w:numId="9" w16cid:durableId="176680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C8D"/>
    <w:rsid w:val="00034616"/>
    <w:rsid w:val="0006063C"/>
    <w:rsid w:val="00125F77"/>
    <w:rsid w:val="001261A6"/>
    <w:rsid w:val="0015074B"/>
    <w:rsid w:val="00223994"/>
    <w:rsid w:val="0029639D"/>
    <w:rsid w:val="00326F90"/>
    <w:rsid w:val="00331F7B"/>
    <w:rsid w:val="00492628"/>
    <w:rsid w:val="00534E77"/>
    <w:rsid w:val="00576F38"/>
    <w:rsid w:val="006167C2"/>
    <w:rsid w:val="00671E8A"/>
    <w:rsid w:val="006F71F0"/>
    <w:rsid w:val="00AA1D8D"/>
    <w:rsid w:val="00B47730"/>
    <w:rsid w:val="00C07FD9"/>
    <w:rsid w:val="00C94E49"/>
    <w:rsid w:val="00CB0664"/>
    <w:rsid w:val="00CF4419"/>
    <w:rsid w:val="00D03126"/>
    <w:rsid w:val="00D307E9"/>
    <w:rsid w:val="00D315C1"/>
    <w:rsid w:val="00DE2F0C"/>
    <w:rsid w:val="00EB1148"/>
    <w:rsid w:val="00F473E9"/>
    <w:rsid w:val="00F96124"/>
    <w:rsid w:val="00FA632F"/>
    <w:rsid w:val="00FC693F"/>
    <w:rsid w:val="01648D7D"/>
    <w:rsid w:val="019E4EF1"/>
    <w:rsid w:val="02FC4A98"/>
    <w:rsid w:val="03840CE2"/>
    <w:rsid w:val="04DABF7E"/>
    <w:rsid w:val="05812DC2"/>
    <w:rsid w:val="05B55509"/>
    <w:rsid w:val="07D318BA"/>
    <w:rsid w:val="07EF92C4"/>
    <w:rsid w:val="080942BD"/>
    <w:rsid w:val="0A65572C"/>
    <w:rsid w:val="0D3C9C8F"/>
    <w:rsid w:val="137F47F4"/>
    <w:rsid w:val="16E33E4A"/>
    <w:rsid w:val="17A59B1E"/>
    <w:rsid w:val="18AF288C"/>
    <w:rsid w:val="1CF4581E"/>
    <w:rsid w:val="1D0BDCD3"/>
    <w:rsid w:val="1E193C7A"/>
    <w:rsid w:val="1EDFA3B4"/>
    <w:rsid w:val="207FED31"/>
    <w:rsid w:val="211E6A45"/>
    <w:rsid w:val="21617E10"/>
    <w:rsid w:val="225DFB25"/>
    <w:rsid w:val="22957259"/>
    <w:rsid w:val="235AC64C"/>
    <w:rsid w:val="24D2DE66"/>
    <w:rsid w:val="2712B308"/>
    <w:rsid w:val="274424B7"/>
    <w:rsid w:val="276720C7"/>
    <w:rsid w:val="280375FE"/>
    <w:rsid w:val="2AF08B63"/>
    <w:rsid w:val="2B84C377"/>
    <w:rsid w:val="2BECB674"/>
    <w:rsid w:val="33DD3C97"/>
    <w:rsid w:val="36B6EFBB"/>
    <w:rsid w:val="39EE6E4B"/>
    <w:rsid w:val="409816A2"/>
    <w:rsid w:val="4165A1CD"/>
    <w:rsid w:val="42D0AC16"/>
    <w:rsid w:val="464FC3E3"/>
    <w:rsid w:val="46DF1588"/>
    <w:rsid w:val="47AF7220"/>
    <w:rsid w:val="483FC399"/>
    <w:rsid w:val="4DB67EDB"/>
    <w:rsid w:val="4E3B4564"/>
    <w:rsid w:val="516A7A43"/>
    <w:rsid w:val="51EDB4E6"/>
    <w:rsid w:val="54A62F06"/>
    <w:rsid w:val="599FAAB2"/>
    <w:rsid w:val="5AB03FA3"/>
    <w:rsid w:val="5B98311B"/>
    <w:rsid w:val="5C1C630F"/>
    <w:rsid w:val="5EB03028"/>
    <w:rsid w:val="62875130"/>
    <w:rsid w:val="6371EFD0"/>
    <w:rsid w:val="649A4FCC"/>
    <w:rsid w:val="64CC840B"/>
    <w:rsid w:val="6535CADC"/>
    <w:rsid w:val="65EBDBAF"/>
    <w:rsid w:val="69440EBA"/>
    <w:rsid w:val="6A1FAA17"/>
    <w:rsid w:val="6B9499C1"/>
    <w:rsid w:val="6D39BD47"/>
    <w:rsid w:val="6D47ABB7"/>
    <w:rsid w:val="6F6D46B1"/>
    <w:rsid w:val="6F75DEBA"/>
    <w:rsid w:val="7009A28E"/>
    <w:rsid w:val="712ABD63"/>
    <w:rsid w:val="7638BF53"/>
    <w:rsid w:val="77953BAC"/>
    <w:rsid w:val="792707A4"/>
    <w:rsid w:val="7A88CF8A"/>
    <w:rsid w:val="7A8A43B8"/>
    <w:rsid w:val="7C396A41"/>
    <w:rsid w:val="7CEFA85C"/>
    <w:rsid w:val="7D2E2479"/>
    <w:rsid w:val="7D7597B0"/>
    <w:rsid w:val="7ECE45A7"/>
    <w:rsid w:val="7ED87C9A"/>
    <w:rsid w:val="7F881C4C"/>
    <w:rsid w:val="7FBA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A528145-B2F9-4164-A3A3-17E559E1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1AEF0C2E3DE4F96F9880B26E9A879" ma:contentTypeVersion="9" ma:contentTypeDescription="Create a new document." ma:contentTypeScope="" ma:versionID="557f209e77d762ee0821caa8e3c474d7">
  <xsd:schema xmlns:xsd="http://www.w3.org/2001/XMLSchema" xmlns:xs="http://www.w3.org/2001/XMLSchema" xmlns:p="http://schemas.microsoft.com/office/2006/metadata/properties" xmlns:ns1="http://schemas.microsoft.com/sharepoint/v3" xmlns:ns2="07cec3eb-68f5-4932-af6a-0cbd09686678" targetNamespace="http://schemas.microsoft.com/office/2006/metadata/properties" ma:root="true" ma:fieldsID="27f6fe14db949e33da1e13917529ef22" ns1:_="" ns2:_="">
    <xsd:import namespace="http://schemas.microsoft.com/sharepoint/v3"/>
    <xsd:import namespace="07cec3eb-68f5-4932-af6a-0cbd09686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ec3eb-68f5-4932-af6a-0cbd09686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3E4E-92BC-4741-8B2E-CFFB355BFA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B20D02A-6826-489F-9530-7F340C784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0691CC-9D69-4418-9EC1-1B6FBD730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cec3eb-68f5-4932-af6a-0cbd09686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727</Words>
  <Characters>3529</Characters>
  <Application>Microsoft Office Word</Application>
  <DocSecurity>4</DocSecurity>
  <Lines>705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Susie (BUCKINGHAMSHIRE HEALTHCARE NHS TRUST)</dc:creator>
  <cp:keywords/>
  <dc:description>generated by python-docx</dc:description>
  <cp:lastModifiedBy>MITCHELL, Susie (BUCKINGHAMSHIRE HEALTHCARE NHS TRUST)</cp:lastModifiedBy>
  <cp:revision>2</cp:revision>
  <cp:lastPrinted>2026-08-19T13:05:00Z</cp:lastPrinted>
  <dcterms:created xsi:type="dcterms:W3CDTF">2026-08-19T13:44:00Z</dcterms:created>
  <dcterms:modified xsi:type="dcterms:W3CDTF">2026-08-19T13:44:00Z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0x01010047E1AEF0C2E3DE4F96F9880B26E9A879</vt:lpwstr>
  </property>
  <property fmtid="{D5CDD505-2E9C-101B-9397-08002B2CF9AE}" pid="3" name="docLang">
    <vt:lpwstr>en</vt:lpwstr>
  </property>
</Properties>
</file>